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EED78" w14:textId="77777777" w:rsidR="006126AE" w:rsidRDefault="00000000">
      <w:pPr>
        <w:jc w:val="center"/>
      </w:pPr>
      <w:r>
        <w:rPr>
          <w:noProof/>
        </w:rPr>
        <w:drawing>
          <wp:inline distT="0" distB="0" distL="0" distR="0" wp14:anchorId="51A180E0" wp14:editId="3BD9F94D">
            <wp:extent cx="2103120" cy="11515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D687530-8CEA-445F-B3B5-6E7E619AA575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1151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8C3E0" w14:textId="77777777" w:rsidR="006126AE" w:rsidRDefault="00000000">
      <w:pPr>
        <w:pStyle w:val="Title"/>
        <w:jc w:val="center"/>
      </w:pPr>
      <w:r>
        <w:t>TECHNICAL RIDER</w:t>
      </w:r>
    </w:p>
    <w:p w14:paraId="119F3375" w14:textId="77777777" w:rsidR="006126AE" w:rsidRDefault="00000000">
      <w:pPr>
        <w:jc w:val="center"/>
      </w:pPr>
      <w:r>
        <w:rPr>
          <w:b/>
        </w:rPr>
        <w:t>The Nashville 90s Country Music Experience Featuring Joel Ellett and Eldorado</w:t>
      </w:r>
      <w:r>
        <w:rPr>
          <w:b/>
        </w:rPr>
        <w:br/>
        <w:t>Joel Ellett Entertainment, LLC</w:t>
      </w:r>
    </w:p>
    <w:p w14:paraId="2385CE98" w14:textId="77777777" w:rsidR="006126AE" w:rsidRPr="00D8191C" w:rsidRDefault="00000000">
      <w:pPr>
        <w:pStyle w:val="Heading1"/>
        <w:rPr>
          <w:lang w:val="fr-CA"/>
        </w:rPr>
      </w:pPr>
      <w:proofErr w:type="spellStart"/>
      <w:r w:rsidRPr="00D8191C">
        <w:rPr>
          <w:lang w:val="fr-CA"/>
        </w:rPr>
        <w:t>Event</w:t>
      </w:r>
      <w:proofErr w:type="spellEnd"/>
      <w:r w:rsidRPr="00D8191C">
        <w:rPr>
          <w:lang w:val="fr-CA"/>
        </w:rPr>
        <w:t xml:space="preserve"> Information</w:t>
      </w:r>
    </w:p>
    <w:p w14:paraId="5F5374CF" w14:textId="77777777" w:rsidR="006126AE" w:rsidRPr="00D8191C" w:rsidRDefault="00000000">
      <w:pPr>
        <w:rPr>
          <w:lang w:val="fr-CA"/>
        </w:rPr>
      </w:pPr>
      <w:r w:rsidRPr="00D8191C">
        <w:rPr>
          <w:lang w:val="fr-CA"/>
        </w:rPr>
        <w:t>Venue: __________________________________________</w:t>
      </w:r>
    </w:p>
    <w:p w14:paraId="1FB51001" w14:textId="77777777" w:rsidR="006126AE" w:rsidRPr="00D8191C" w:rsidRDefault="00000000">
      <w:pPr>
        <w:rPr>
          <w:lang w:val="fr-CA"/>
        </w:rPr>
      </w:pPr>
      <w:proofErr w:type="spellStart"/>
      <w:r w:rsidRPr="00D8191C">
        <w:rPr>
          <w:lang w:val="fr-CA"/>
        </w:rPr>
        <w:t>Event</w:t>
      </w:r>
      <w:proofErr w:type="spellEnd"/>
      <w:r w:rsidRPr="00D8191C">
        <w:rPr>
          <w:lang w:val="fr-CA"/>
        </w:rPr>
        <w:t>: __________________________________________</w:t>
      </w:r>
    </w:p>
    <w:p w14:paraId="0033B1EF" w14:textId="77777777" w:rsidR="006126AE" w:rsidRPr="00D8191C" w:rsidRDefault="00000000">
      <w:pPr>
        <w:rPr>
          <w:lang w:val="fr-CA"/>
        </w:rPr>
      </w:pPr>
      <w:r w:rsidRPr="00D8191C">
        <w:rPr>
          <w:lang w:val="fr-CA"/>
        </w:rPr>
        <w:t>Date: __________________________________________</w:t>
      </w:r>
    </w:p>
    <w:p w14:paraId="5A3DE0CF" w14:textId="77777777" w:rsidR="006126AE" w:rsidRPr="00D8191C" w:rsidRDefault="00000000">
      <w:pPr>
        <w:rPr>
          <w:lang w:val="fr-CA"/>
        </w:rPr>
      </w:pPr>
      <w:r w:rsidRPr="00D8191C">
        <w:rPr>
          <w:lang w:val="fr-CA"/>
        </w:rPr>
        <w:t>Venue Production Contact: __________________________________________</w:t>
      </w:r>
    </w:p>
    <w:p w14:paraId="12E64DE1" w14:textId="77777777" w:rsidR="006126AE" w:rsidRPr="00D8191C" w:rsidRDefault="00000000">
      <w:pPr>
        <w:rPr>
          <w:lang w:val="fr-CA"/>
        </w:rPr>
      </w:pPr>
      <w:r w:rsidRPr="00D8191C">
        <w:rPr>
          <w:lang w:val="fr-CA"/>
        </w:rPr>
        <w:t>Phone: __________________________________________</w:t>
      </w:r>
    </w:p>
    <w:p w14:paraId="28466916" w14:textId="77777777" w:rsidR="006126AE" w:rsidRPr="00D8191C" w:rsidRDefault="00000000">
      <w:pPr>
        <w:rPr>
          <w:lang w:val="fr-CA"/>
        </w:rPr>
      </w:pPr>
      <w:proofErr w:type="gramStart"/>
      <w:r w:rsidRPr="00D8191C">
        <w:rPr>
          <w:lang w:val="fr-CA"/>
        </w:rPr>
        <w:t>Email</w:t>
      </w:r>
      <w:proofErr w:type="gramEnd"/>
      <w:r w:rsidRPr="00D8191C">
        <w:rPr>
          <w:lang w:val="fr-CA"/>
        </w:rPr>
        <w:t>: __________________________________________</w:t>
      </w:r>
    </w:p>
    <w:p w14:paraId="303A3B3F" w14:textId="77777777" w:rsidR="006126AE" w:rsidRPr="00A96C6D" w:rsidRDefault="00000000">
      <w:pPr>
        <w:pStyle w:val="Heading1"/>
        <w:rPr>
          <w:lang w:val="fr-CA"/>
        </w:rPr>
      </w:pPr>
      <w:r w:rsidRPr="00A96C6D">
        <w:rPr>
          <w:lang w:val="fr-CA"/>
        </w:rPr>
        <w:t>Introduction</w:t>
      </w:r>
    </w:p>
    <w:p w14:paraId="44FFB9F3" w14:textId="77777777" w:rsidR="006126AE" w:rsidRDefault="00000000">
      <w:r>
        <w:t>This Technical Rider is part of the Performance Agreement. If any requirement cannot be met, the Purchaser should notify the Artist promptly so alternative arrangements can be made.</w:t>
      </w:r>
    </w:p>
    <w:p w14:paraId="218D85DB" w14:textId="77777777" w:rsidR="006126AE" w:rsidRDefault="00000000">
      <w:pPr>
        <w:pStyle w:val="Heading1"/>
      </w:pPr>
      <w:r>
        <w:t>Performance</w:t>
      </w:r>
    </w:p>
    <w:p w14:paraId="4D54EF96" w14:textId="72F22376" w:rsidR="006126AE" w:rsidRDefault="00000000">
      <w:r>
        <w:t>Performance Length</w:t>
      </w:r>
      <w:proofErr w:type="gramStart"/>
      <w:r>
        <w:t>:</w:t>
      </w:r>
      <w:r w:rsidR="00D8191C">
        <w:t xml:space="preserve">  90</w:t>
      </w:r>
      <w:proofErr w:type="gramEnd"/>
      <w:r w:rsidR="00D8191C">
        <w:t xml:space="preserve"> minutes</w:t>
      </w:r>
    </w:p>
    <w:p w14:paraId="4E781CD7" w14:textId="41EBF45A" w:rsidR="006126AE" w:rsidRDefault="00000000">
      <w:r>
        <w:t xml:space="preserve">Number of Sets: </w:t>
      </w:r>
      <w:r w:rsidR="00D8191C">
        <w:t xml:space="preserve">   1</w:t>
      </w:r>
    </w:p>
    <w:p w14:paraId="70F74BA7" w14:textId="2E406560" w:rsidR="006126AE" w:rsidRDefault="00000000">
      <w:r>
        <w:t xml:space="preserve">Intermission: </w:t>
      </w:r>
      <w:r w:rsidR="00D8191C">
        <w:t xml:space="preserve">        0</w:t>
      </w:r>
    </w:p>
    <w:p w14:paraId="5A1E46EB" w14:textId="77777777" w:rsidR="006126AE" w:rsidRDefault="00000000">
      <w:r>
        <w:t>Estimated Attendance: __________________________________________</w:t>
      </w:r>
    </w:p>
    <w:p w14:paraId="56938BF2" w14:textId="77777777" w:rsidR="006126AE" w:rsidRDefault="00000000">
      <w:pPr>
        <w:pStyle w:val="Heading1"/>
      </w:pPr>
      <w:r>
        <w:t>Stage Requirements</w:t>
      </w:r>
    </w:p>
    <w:p w14:paraId="756CB64D" w14:textId="330A2EB1" w:rsidR="006126AE" w:rsidRDefault="00D8191C">
      <w:r>
        <w:t>x 24' x 16' Minimum Stage</w:t>
      </w:r>
    </w:p>
    <w:p w14:paraId="669A9DAF" w14:textId="77777777" w:rsidR="006126AE" w:rsidRDefault="00000000">
      <w:r>
        <w:lastRenderedPageBreak/>
        <w:t>☐ 32' x 20' Preferred</w:t>
      </w:r>
    </w:p>
    <w:p w14:paraId="54A02A33" w14:textId="77777777" w:rsidR="006126AE" w:rsidRDefault="00000000">
      <w:r>
        <w:t>☐ 40' x 24' Large Events</w:t>
      </w:r>
    </w:p>
    <w:p w14:paraId="1F7FC863" w14:textId="013D724C" w:rsidR="006126AE" w:rsidRDefault="00D8191C">
      <w:r>
        <w:t>x Level Stage</w:t>
      </w:r>
    </w:p>
    <w:p w14:paraId="043739FD" w14:textId="68E84E94" w:rsidR="006126AE" w:rsidRDefault="00D8191C">
      <w:r>
        <w:t>x Weather Protection</w:t>
      </w:r>
    </w:p>
    <w:p w14:paraId="55B83EFA" w14:textId="40A9EDFD" w:rsidR="006126AE" w:rsidRDefault="00D8191C">
      <w:r>
        <w:t>x Safe Access</w:t>
      </w:r>
    </w:p>
    <w:p w14:paraId="1854F323" w14:textId="77777777" w:rsidR="006126AE" w:rsidRDefault="00000000">
      <w:pPr>
        <w:pStyle w:val="Heading1"/>
      </w:pPr>
      <w:r>
        <w:t>Electrical</w:t>
      </w:r>
    </w:p>
    <w:p w14:paraId="0E0031ED" w14:textId="5D0E3457" w:rsidR="006126AE" w:rsidRDefault="00D8191C">
      <w:r>
        <w:t>x Three dedicated 20-amp circuits</w:t>
      </w:r>
    </w:p>
    <w:p w14:paraId="38880B05" w14:textId="278526C3" w:rsidR="006126AE" w:rsidRDefault="00D8191C">
      <w:r>
        <w:t>x Grounded power</w:t>
      </w:r>
    </w:p>
    <w:p w14:paraId="561B81F3" w14:textId="66B724C0" w:rsidR="006126AE" w:rsidRDefault="00D8191C">
      <w:proofErr w:type="spellStart"/>
      <w:proofErr w:type="gramStart"/>
      <w:r>
        <w:t>xStage</w:t>
      </w:r>
      <w:proofErr w:type="spellEnd"/>
      <w:proofErr w:type="gramEnd"/>
      <w:r>
        <w:t xml:space="preserve"> power drops</w:t>
      </w:r>
    </w:p>
    <w:p w14:paraId="78553DE3" w14:textId="3032ECA2" w:rsidR="006126AE" w:rsidRDefault="00A96C6D">
      <w:r>
        <w:t>x</w:t>
      </w:r>
      <w:r w:rsidR="00000000">
        <w:t xml:space="preserve"> Generator (if required)</w:t>
      </w:r>
    </w:p>
    <w:p w14:paraId="79341BE8" w14:textId="77777777" w:rsidR="006126AE" w:rsidRDefault="00000000">
      <w:pPr>
        <w:pStyle w:val="Heading1"/>
      </w:pPr>
      <w:r>
        <w:t>Front of House Audio</w:t>
      </w:r>
    </w:p>
    <w:p w14:paraId="5F1F8997" w14:textId="634BDF33" w:rsidR="006126AE" w:rsidRPr="00A96C6D" w:rsidRDefault="00D8191C">
      <w:r w:rsidRPr="00A96C6D">
        <w:t>x Professional PA</w:t>
      </w:r>
    </w:p>
    <w:p w14:paraId="57EE5EDD" w14:textId="5A9200FF" w:rsidR="006126AE" w:rsidRPr="00A96C6D" w:rsidRDefault="00D8191C">
      <w:r w:rsidRPr="00A96C6D">
        <w:t>x Digital console preferred</w:t>
      </w:r>
    </w:p>
    <w:p w14:paraId="6EBA2B89" w14:textId="7906DA78" w:rsidR="006126AE" w:rsidRDefault="00D8191C">
      <w:r>
        <w:t>x 24 input channels minimum</w:t>
      </w:r>
    </w:p>
    <w:p w14:paraId="77250C25" w14:textId="4A917664" w:rsidR="006126AE" w:rsidRDefault="00D8191C">
      <w:proofErr w:type="spellStart"/>
      <w:r>
        <w:t>xProfessional</w:t>
      </w:r>
      <w:proofErr w:type="spellEnd"/>
      <w:r>
        <w:t xml:space="preserve"> FOH engineer</w:t>
      </w:r>
    </w:p>
    <w:p w14:paraId="634FDE80" w14:textId="77777777" w:rsidR="006126AE" w:rsidRDefault="00000000">
      <w:pPr>
        <w:pStyle w:val="Heading1"/>
      </w:pPr>
      <w:r>
        <w:t>Monitors</w:t>
      </w:r>
    </w:p>
    <w:p w14:paraId="0A17C678" w14:textId="24377094" w:rsidR="006126AE" w:rsidRDefault="00D8191C">
      <w:r>
        <w:t>x In-ear monitor system and one floor wedges</w:t>
      </w:r>
    </w:p>
    <w:p w14:paraId="4D25A7A2" w14:textId="53232AB6" w:rsidR="006126AE" w:rsidRDefault="00D8191C">
      <w:r>
        <w:t>x Minimum five monitor mixes</w:t>
      </w:r>
    </w:p>
    <w:p w14:paraId="389CDAFA" w14:textId="77777777" w:rsidR="006126AE" w:rsidRDefault="00000000">
      <w:pPr>
        <w:pStyle w:val="Heading1"/>
      </w:pPr>
      <w:r>
        <w:t>Backline</w:t>
      </w:r>
    </w:p>
    <w:p w14:paraId="74897C96" w14:textId="77777777" w:rsidR="006126AE" w:rsidRDefault="00000000">
      <w:r>
        <w:t>Venue Provides:</w:t>
      </w:r>
    </w:p>
    <w:p w14:paraId="597D898A" w14:textId="7F0B5089" w:rsidR="006126AE" w:rsidRDefault="00D8191C">
      <w:r>
        <w:t>x Drum riser</w:t>
      </w:r>
    </w:p>
    <w:p w14:paraId="4012677F" w14:textId="77777777" w:rsidR="006126AE" w:rsidRDefault="00000000">
      <w:r>
        <w:t>☐ Keyboard stand</w:t>
      </w:r>
    </w:p>
    <w:p w14:paraId="1D19505A" w14:textId="77777777" w:rsidR="006126AE" w:rsidRDefault="00000000">
      <w:r>
        <w:t>☐ Guitar stands</w:t>
      </w:r>
    </w:p>
    <w:p w14:paraId="6F2C3EAC" w14:textId="36EDD346" w:rsidR="006126AE" w:rsidRDefault="00D8191C">
      <w:r>
        <w:t>x Drum rug</w:t>
      </w:r>
    </w:p>
    <w:p w14:paraId="0F6D2C3F" w14:textId="0831DA74" w:rsidR="006126AE" w:rsidRDefault="00D8191C">
      <w:r>
        <w:lastRenderedPageBreak/>
        <w:t>x Power drops</w:t>
      </w:r>
    </w:p>
    <w:p w14:paraId="6A4725C1" w14:textId="77777777" w:rsidR="006126AE" w:rsidRPr="00A96C6D" w:rsidRDefault="00000000">
      <w:pPr>
        <w:rPr>
          <w:lang w:val="fr-CA"/>
        </w:rPr>
      </w:pPr>
      <w:proofErr w:type="spellStart"/>
      <w:r w:rsidRPr="00A96C6D">
        <w:rPr>
          <w:lang w:val="fr-CA"/>
        </w:rPr>
        <w:t>Artist</w:t>
      </w:r>
      <w:proofErr w:type="spellEnd"/>
      <w:r w:rsidRPr="00A96C6D">
        <w:rPr>
          <w:lang w:val="fr-CA"/>
        </w:rPr>
        <w:t xml:space="preserve"> </w:t>
      </w:r>
      <w:proofErr w:type="spellStart"/>
      <w:r w:rsidRPr="00A96C6D">
        <w:rPr>
          <w:lang w:val="fr-CA"/>
        </w:rPr>
        <w:t>Provides</w:t>
      </w:r>
      <w:proofErr w:type="spellEnd"/>
      <w:r w:rsidRPr="00A96C6D">
        <w:rPr>
          <w:lang w:val="fr-CA"/>
        </w:rPr>
        <w:t>:</w:t>
      </w:r>
    </w:p>
    <w:p w14:paraId="46805825" w14:textId="50FB3669" w:rsidR="006126AE" w:rsidRPr="00A96C6D" w:rsidRDefault="00D8191C">
      <w:pPr>
        <w:rPr>
          <w:lang w:val="fr-CA"/>
        </w:rPr>
      </w:pPr>
      <w:proofErr w:type="gramStart"/>
      <w:r w:rsidRPr="00A96C6D">
        <w:rPr>
          <w:lang w:val="fr-CA"/>
        </w:rPr>
        <w:t>x</w:t>
      </w:r>
      <w:proofErr w:type="gramEnd"/>
      <w:r w:rsidRPr="00A96C6D">
        <w:rPr>
          <w:lang w:val="fr-CA"/>
        </w:rPr>
        <w:t xml:space="preserve"> Instruments</w:t>
      </w:r>
    </w:p>
    <w:p w14:paraId="44C26705" w14:textId="0C9F7040" w:rsidR="006126AE" w:rsidRPr="00A96C6D" w:rsidRDefault="00D8191C">
      <w:pPr>
        <w:rPr>
          <w:lang w:val="fr-CA"/>
        </w:rPr>
      </w:pPr>
      <w:proofErr w:type="gramStart"/>
      <w:r w:rsidRPr="00A96C6D">
        <w:rPr>
          <w:lang w:val="fr-CA"/>
        </w:rPr>
        <w:t>x</w:t>
      </w:r>
      <w:proofErr w:type="gramEnd"/>
      <w:r w:rsidRPr="00A96C6D">
        <w:rPr>
          <w:lang w:val="fr-CA"/>
        </w:rPr>
        <w:t xml:space="preserve"> </w:t>
      </w:r>
      <w:proofErr w:type="spellStart"/>
      <w:r w:rsidRPr="00A96C6D">
        <w:rPr>
          <w:lang w:val="fr-CA"/>
        </w:rPr>
        <w:t>Amplifiers</w:t>
      </w:r>
      <w:proofErr w:type="spellEnd"/>
    </w:p>
    <w:p w14:paraId="70F71403" w14:textId="72C8A476" w:rsidR="006126AE" w:rsidRDefault="00D8191C">
      <w:r>
        <w:t>x Wireless systems</w:t>
      </w:r>
    </w:p>
    <w:p w14:paraId="51C7B831" w14:textId="77777777" w:rsidR="006126AE" w:rsidRDefault="00000000">
      <w:r>
        <w:t>☐ Playback equipment</w:t>
      </w:r>
    </w:p>
    <w:p w14:paraId="75F20870" w14:textId="77777777" w:rsidR="006126AE" w:rsidRDefault="00000000">
      <w:pPr>
        <w:pStyle w:val="Heading1"/>
      </w:pPr>
      <w:r>
        <w:t>Lighting</w:t>
      </w:r>
    </w:p>
    <w:p w14:paraId="613AAC51" w14:textId="1C790192" w:rsidR="006126AE" w:rsidRDefault="00D8191C">
      <w:r>
        <w:t>x Stage wash</w:t>
      </w:r>
    </w:p>
    <w:p w14:paraId="22F1948A" w14:textId="083648D4" w:rsidR="006126AE" w:rsidRDefault="00D8191C">
      <w:r>
        <w:t>x Front light</w:t>
      </w:r>
    </w:p>
    <w:p w14:paraId="28DC484D" w14:textId="50CCBFBB" w:rsidR="006126AE" w:rsidRDefault="00D8191C">
      <w:r>
        <w:t>x Color lighting</w:t>
      </w:r>
    </w:p>
    <w:p w14:paraId="25CE8778" w14:textId="77777777" w:rsidR="006126AE" w:rsidRDefault="00000000">
      <w:r>
        <w:t>☐ Spotlights</w:t>
      </w:r>
    </w:p>
    <w:p w14:paraId="7F2FC3BB" w14:textId="77777777" w:rsidR="006126AE" w:rsidRDefault="00000000">
      <w:r>
        <w:t>☐ Intelligent lighting preferred</w:t>
      </w:r>
    </w:p>
    <w:p w14:paraId="6674E587" w14:textId="77777777" w:rsidR="006126AE" w:rsidRDefault="00000000">
      <w:pPr>
        <w:pStyle w:val="Heading1"/>
      </w:pPr>
      <w:r>
        <w:t>Load-In Schedule</w:t>
      </w:r>
    </w:p>
    <w:p w14:paraId="2D964AFB" w14:textId="77777777" w:rsidR="006126AE" w:rsidRDefault="00000000">
      <w:r>
        <w:t>Load-In: __________________________________________</w:t>
      </w:r>
    </w:p>
    <w:p w14:paraId="79C737FA" w14:textId="77777777" w:rsidR="006126AE" w:rsidRDefault="00000000">
      <w:r>
        <w:t>Sound Check: __________________________________________</w:t>
      </w:r>
    </w:p>
    <w:p w14:paraId="6ABB65E2" w14:textId="77777777" w:rsidR="006126AE" w:rsidRDefault="00000000">
      <w:r>
        <w:t>Doors: __________________________________________</w:t>
      </w:r>
    </w:p>
    <w:p w14:paraId="324076E1" w14:textId="77777777" w:rsidR="006126AE" w:rsidRDefault="00000000">
      <w:r>
        <w:t>Show Time: __________________________________________</w:t>
      </w:r>
    </w:p>
    <w:p w14:paraId="6E1D5F2A" w14:textId="77777777" w:rsidR="006126AE" w:rsidRDefault="00000000">
      <w:r>
        <w:t>Curfew: __________________________________________</w:t>
      </w:r>
    </w:p>
    <w:p w14:paraId="77D8CEC2" w14:textId="77777777" w:rsidR="006126AE" w:rsidRDefault="00000000">
      <w:r>
        <w:t>Load-Out: __________________________________________</w:t>
      </w:r>
    </w:p>
    <w:p w14:paraId="5380D619" w14:textId="77777777" w:rsidR="006126AE" w:rsidRDefault="00000000">
      <w:pPr>
        <w:pStyle w:val="Heading1"/>
      </w:pPr>
      <w:r>
        <w:t>Dressing Room</w:t>
      </w:r>
    </w:p>
    <w:p w14:paraId="10A24D09" w14:textId="25FF0ACD" w:rsidR="006126AE" w:rsidRDefault="00D8191C">
      <w:r>
        <w:t>x Private dressing room</w:t>
      </w:r>
    </w:p>
    <w:p w14:paraId="3D71FE7A" w14:textId="03823D8C" w:rsidR="006126AE" w:rsidRDefault="00D8191C">
      <w:r>
        <w:t>x Mirrors</w:t>
      </w:r>
    </w:p>
    <w:p w14:paraId="593C6E9A" w14:textId="5ED70E0C" w:rsidR="006126AE" w:rsidRDefault="00D8191C">
      <w:r>
        <w:t>x Chairs</w:t>
      </w:r>
    </w:p>
    <w:p w14:paraId="7E6BF371" w14:textId="4A54A109" w:rsidR="006126AE" w:rsidRDefault="00D8191C">
      <w:r>
        <w:t>x Table</w:t>
      </w:r>
    </w:p>
    <w:p w14:paraId="0E672CAA" w14:textId="79F53983" w:rsidR="006126AE" w:rsidRDefault="00A96C6D">
      <w:r>
        <w:t>x</w:t>
      </w:r>
      <w:r w:rsidR="00000000">
        <w:t xml:space="preserve"> Climate control</w:t>
      </w:r>
    </w:p>
    <w:p w14:paraId="27293DEA" w14:textId="3A6D3C6E" w:rsidR="006126AE" w:rsidRDefault="00D8191C">
      <w:r>
        <w:lastRenderedPageBreak/>
        <w:t>x Restroom access</w:t>
      </w:r>
    </w:p>
    <w:p w14:paraId="743910C6" w14:textId="77777777" w:rsidR="006126AE" w:rsidRDefault="00000000">
      <w:pPr>
        <w:pStyle w:val="Heading1"/>
      </w:pPr>
      <w:r>
        <w:t>Parking</w:t>
      </w:r>
    </w:p>
    <w:p w14:paraId="4C4562CE" w14:textId="15C9E672" w:rsidR="006126AE" w:rsidRDefault="00D8191C">
      <w:r>
        <w:t>x Reserved parking for Bus</w:t>
      </w:r>
    </w:p>
    <w:p w14:paraId="1CEC61D0" w14:textId="24ED3B89" w:rsidR="006126AE" w:rsidRDefault="00D8191C">
      <w:r>
        <w:t>x Reserved parking for Trailer</w:t>
      </w:r>
    </w:p>
    <w:p w14:paraId="33712E66" w14:textId="11A24C2D" w:rsidR="006126AE" w:rsidRDefault="00D8191C">
      <w:r>
        <w:t>x Reserved parking for Band Vehicles</w:t>
      </w:r>
    </w:p>
    <w:p w14:paraId="180DBD9F" w14:textId="336C5F3D" w:rsidR="006126AE" w:rsidRDefault="00D8191C">
      <w:r>
        <w:t xml:space="preserve">x Reserved parking for </w:t>
      </w:r>
      <w:proofErr w:type="gramStart"/>
      <w:r>
        <w:t>Production</w:t>
      </w:r>
      <w:proofErr w:type="gramEnd"/>
      <w:r>
        <w:t xml:space="preserve"> Vehicles</w:t>
      </w:r>
    </w:p>
    <w:p w14:paraId="623049F0" w14:textId="77777777" w:rsidR="006126AE" w:rsidRDefault="00000000">
      <w:pPr>
        <w:pStyle w:val="Heading1"/>
      </w:pPr>
      <w:r>
        <w:t>Merchandise</w:t>
      </w:r>
    </w:p>
    <w:p w14:paraId="71915978" w14:textId="77777777" w:rsidR="006126AE" w:rsidRDefault="00000000">
      <w:r>
        <w:t>Artist reserves the exclusive right to sell official merchandise unless otherwise agreed in writing.</w:t>
      </w:r>
    </w:p>
    <w:p w14:paraId="70225643" w14:textId="77777777" w:rsidR="006126AE" w:rsidRDefault="00000000">
      <w:pPr>
        <w:pStyle w:val="Heading1"/>
      </w:pPr>
      <w:r>
        <w:t>Photography / Video</w:t>
      </w:r>
    </w:p>
    <w:p w14:paraId="70544A56" w14:textId="77777777" w:rsidR="006126AE" w:rsidRDefault="00000000">
      <w:r>
        <w:t>No commercial recording, livestreaming, or broadcast without prior written permission.</w:t>
      </w:r>
    </w:p>
    <w:p w14:paraId="6CB4CB23" w14:textId="77777777" w:rsidR="006126AE" w:rsidRDefault="00000000">
      <w:pPr>
        <w:pStyle w:val="Heading1"/>
      </w:pPr>
      <w:r>
        <w:t>Production Contacts</w:t>
      </w:r>
    </w:p>
    <w:p w14:paraId="6EE1EE54" w14:textId="77777777" w:rsidR="006126AE" w:rsidRDefault="00000000">
      <w:r>
        <w:t>Production Manager: __________________________________________</w:t>
      </w:r>
    </w:p>
    <w:p w14:paraId="6C810D04" w14:textId="77777777" w:rsidR="006126AE" w:rsidRDefault="00000000">
      <w:r>
        <w:t>Phone: __________________________________________</w:t>
      </w:r>
    </w:p>
    <w:p w14:paraId="2DDD4013" w14:textId="77777777" w:rsidR="006126AE" w:rsidRDefault="00000000">
      <w:r>
        <w:t>Email: __________________________________________</w:t>
      </w:r>
    </w:p>
    <w:p w14:paraId="1BEFE8DA" w14:textId="3622FFF0" w:rsidR="006126AE" w:rsidRDefault="00000000">
      <w:r>
        <w:t>Artist Representative:</w:t>
      </w:r>
      <w:r w:rsidR="00D8191C">
        <w:t xml:space="preserve"> Joel Ellett</w:t>
      </w:r>
    </w:p>
    <w:p w14:paraId="5DC4C5C4" w14:textId="0F4721B0" w:rsidR="006126AE" w:rsidRDefault="00000000">
      <w:r>
        <w:t xml:space="preserve">Phone: </w:t>
      </w:r>
      <w:r w:rsidR="00D8191C">
        <w:t>615-374-8590</w:t>
      </w:r>
    </w:p>
    <w:p w14:paraId="60E3D07C" w14:textId="36610E0F" w:rsidR="006126AE" w:rsidRDefault="00000000">
      <w:r>
        <w:t xml:space="preserve">Email: </w:t>
      </w:r>
      <w:r w:rsidR="00D8191C">
        <w:t>joel.ellett2@gmail.com</w:t>
      </w:r>
    </w:p>
    <w:p w14:paraId="1EC20E8C" w14:textId="77777777" w:rsidR="006126AE" w:rsidRDefault="00000000">
      <w:pPr>
        <w:pStyle w:val="Heading1"/>
      </w:pPr>
      <w:r>
        <w:t>Special Notes</w:t>
      </w:r>
    </w:p>
    <w:p w14:paraId="15B4E11C" w14:textId="77777777" w:rsidR="006126AE" w:rsidRDefault="00000000">
      <w:r>
        <w:t>____________________________________________________________</w:t>
      </w:r>
    </w:p>
    <w:p w14:paraId="572CB740" w14:textId="77777777" w:rsidR="006126AE" w:rsidRDefault="00000000">
      <w:r>
        <w:t>____________________________________________________________</w:t>
      </w:r>
    </w:p>
    <w:p w14:paraId="697F0869" w14:textId="77777777" w:rsidR="006126AE" w:rsidRDefault="00000000">
      <w:r>
        <w:t>____________________________________________________________</w:t>
      </w:r>
    </w:p>
    <w:p w14:paraId="49728F24" w14:textId="77777777" w:rsidR="006126AE" w:rsidRDefault="00000000">
      <w:r>
        <w:t>____________________________________________________________</w:t>
      </w:r>
    </w:p>
    <w:p w14:paraId="4AEA409A" w14:textId="77777777" w:rsidR="006126AE" w:rsidRDefault="00000000">
      <w:r>
        <w:t>____________________________________________________________</w:t>
      </w:r>
    </w:p>
    <w:p w14:paraId="17BD3CB3" w14:textId="77777777" w:rsidR="006126AE" w:rsidRDefault="00000000">
      <w:r>
        <w:t>____________________________________________________________</w:t>
      </w:r>
    </w:p>
    <w:sectPr w:rsidR="006126A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4474337">
    <w:abstractNumId w:val="8"/>
  </w:num>
  <w:num w:numId="2" w16cid:durableId="633949565">
    <w:abstractNumId w:val="6"/>
  </w:num>
  <w:num w:numId="3" w16cid:durableId="311711954">
    <w:abstractNumId w:val="5"/>
  </w:num>
  <w:num w:numId="4" w16cid:durableId="773594015">
    <w:abstractNumId w:val="4"/>
  </w:num>
  <w:num w:numId="5" w16cid:durableId="825823671">
    <w:abstractNumId w:val="7"/>
  </w:num>
  <w:num w:numId="6" w16cid:durableId="1361516505">
    <w:abstractNumId w:val="3"/>
  </w:num>
  <w:num w:numId="7" w16cid:durableId="1481003317">
    <w:abstractNumId w:val="2"/>
  </w:num>
  <w:num w:numId="8" w16cid:durableId="1826513550">
    <w:abstractNumId w:val="1"/>
  </w:num>
  <w:num w:numId="9" w16cid:durableId="1489008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66FB"/>
    <w:rsid w:val="003D1B98"/>
    <w:rsid w:val="006126AE"/>
    <w:rsid w:val="00A96C6D"/>
    <w:rsid w:val="00AA1D8D"/>
    <w:rsid w:val="00B47730"/>
    <w:rsid w:val="00CB0664"/>
    <w:rsid w:val="00D819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07CDA7"/>
  <w14:defaultImageDpi w14:val="300"/>
  <w15:docId w15:val="{DEBE8B2F-8729-462A-9615-F98520DB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Joel Ellett</cp:lastModifiedBy>
  <cp:revision>3</cp:revision>
  <dcterms:created xsi:type="dcterms:W3CDTF">2013-12-23T23:15:00Z</dcterms:created>
  <dcterms:modified xsi:type="dcterms:W3CDTF">2026-09-15T15:17:00Z</dcterms:modified>
  <cp:category/>
</cp:coreProperties>
</file>